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4663" w14:textId="77777777" w:rsidR="00D36383" w:rsidRDefault="00000000">
      <w:pPr>
        <w:jc w:val="center"/>
      </w:pPr>
      <w:r>
        <w:rPr>
          <w:b/>
          <w:sz w:val="48"/>
        </w:rPr>
        <w:t>SOMMER-SPECIAL</w:t>
      </w:r>
    </w:p>
    <w:p w14:paraId="40C70C59" w14:textId="77777777" w:rsidR="00D36383" w:rsidRDefault="00000000">
      <w:pPr>
        <w:jc w:val="center"/>
      </w:pPr>
      <w:r>
        <w:rPr>
          <w:i/>
          <w:sz w:val="24"/>
        </w:rPr>
        <w:t>Sommer. See. Genuss.</w:t>
      </w:r>
    </w:p>
    <w:p w14:paraId="17C7A918" w14:textId="108AB7EB" w:rsidR="00D36383" w:rsidRPr="00B861B0" w:rsidRDefault="00000000" w:rsidP="00B861B0">
      <w:pPr>
        <w:jc w:val="center"/>
        <w:rPr>
          <w:lang w:val="de-DE"/>
        </w:rPr>
      </w:pPr>
      <w:r w:rsidRPr="00B861B0">
        <w:rPr>
          <w:b/>
          <w:lang w:val="de-DE"/>
        </w:rPr>
        <w:t>Spezialkarte für Steg 32</w:t>
      </w:r>
    </w:p>
    <w:p w14:paraId="61AEC161" w14:textId="77777777" w:rsidR="00D36383" w:rsidRDefault="00000000">
      <w:pPr>
        <w:pStyle w:val="berschrift2"/>
        <w:rPr>
          <w:lang w:val="de-DE"/>
        </w:rPr>
      </w:pPr>
      <w:r w:rsidRPr="00B861B0">
        <w:rPr>
          <w:lang w:val="de-DE"/>
        </w:rPr>
        <w:t>Vorspeisen</w:t>
      </w:r>
    </w:p>
    <w:p w14:paraId="0B68D7F8" w14:textId="77777777" w:rsidR="00B861B0" w:rsidRPr="00B861B0" w:rsidRDefault="00B861B0" w:rsidP="00B861B0">
      <w:pPr>
        <w:rPr>
          <w:lang w:val="de-DE"/>
        </w:rPr>
      </w:pPr>
    </w:p>
    <w:p w14:paraId="083D80E8" w14:textId="58E435D7" w:rsidR="00D36383" w:rsidRPr="00B861B0" w:rsidRDefault="00000000">
      <w:pPr>
        <w:spacing w:after="20"/>
        <w:rPr>
          <w:lang w:val="de-DE"/>
        </w:rPr>
      </w:pPr>
      <w:r w:rsidRPr="00B861B0">
        <w:rPr>
          <w:b/>
          <w:sz w:val="22"/>
          <w:lang w:val="de-DE"/>
        </w:rPr>
        <w:t>Lachs-</w:t>
      </w:r>
      <w:proofErr w:type="spellStart"/>
      <w:r w:rsidRPr="00B861B0">
        <w:rPr>
          <w:b/>
          <w:sz w:val="22"/>
          <w:lang w:val="de-DE"/>
        </w:rPr>
        <w:t>Tataki</w:t>
      </w:r>
      <w:proofErr w:type="spellEnd"/>
      <w:r w:rsidRPr="00B861B0">
        <w:rPr>
          <w:b/>
          <w:sz w:val="22"/>
          <w:lang w:val="de-DE"/>
        </w:rPr>
        <w:t xml:space="preserve"> · </w:t>
      </w:r>
      <w:r w:rsidRPr="00B861B0">
        <w:rPr>
          <w:b/>
          <w:lang w:val="de-DE"/>
        </w:rPr>
        <w:t>22 €</w:t>
      </w:r>
    </w:p>
    <w:p w14:paraId="3A86EF84" w14:textId="34BE7210" w:rsidR="00D36383" w:rsidRPr="00B861B0" w:rsidRDefault="00B861B0">
      <w:pPr>
        <w:spacing w:after="100"/>
        <w:rPr>
          <w:lang w:val="de-DE"/>
        </w:rPr>
      </w:pPr>
      <w:r>
        <w:rPr>
          <w:lang w:val="de-DE"/>
        </w:rPr>
        <w:t>Gebeizter &amp;</w:t>
      </w:r>
      <w:r w:rsidRPr="00B861B0">
        <w:rPr>
          <w:lang w:val="de-DE"/>
        </w:rPr>
        <w:t xml:space="preserve"> a</w:t>
      </w:r>
      <w:r>
        <w:rPr>
          <w:lang w:val="de-DE"/>
        </w:rPr>
        <w:t>b</w:t>
      </w:r>
      <w:r w:rsidRPr="00B861B0">
        <w:rPr>
          <w:lang w:val="de-DE"/>
        </w:rPr>
        <w:t>gefl</w:t>
      </w:r>
      <w:r>
        <w:rPr>
          <w:lang w:val="de-DE"/>
        </w:rPr>
        <w:t>ä</w:t>
      </w:r>
      <w:r w:rsidRPr="00B861B0">
        <w:rPr>
          <w:lang w:val="de-DE"/>
        </w:rPr>
        <w:t>mmter Lachs | Maracuja-</w:t>
      </w:r>
      <w:proofErr w:type="spellStart"/>
      <w:r w:rsidRPr="00B861B0">
        <w:rPr>
          <w:lang w:val="de-DE"/>
        </w:rPr>
        <w:t>Ponzu</w:t>
      </w:r>
      <w:proofErr w:type="spellEnd"/>
      <w:r w:rsidRPr="00B861B0">
        <w:rPr>
          <w:lang w:val="de-DE"/>
        </w:rPr>
        <w:t xml:space="preserve"> | Kent-Mango | Frühlingslauch | Lachskaviar</w:t>
      </w:r>
    </w:p>
    <w:p w14:paraId="659F6D5F" w14:textId="4DDC2C9A" w:rsidR="00D36383" w:rsidRPr="00B861B0" w:rsidRDefault="00000000">
      <w:pPr>
        <w:spacing w:after="20"/>
        <w:rPr>
          <w:lang w:val="de-DE"/>
        </w:rPr>
      </w:pPr>
      <w:r w:rsidRPr="00B861B0">
        <w:rPr>
          <w:b/>
          <w:sz w:val="22"/>
          <w:lang w:val="de-DE"/>
        </w:rPr>
        <w:t>Flusskrebs-Ceviche</w:t>
      </w:r>
      <w:r w:rsidRPr="00B861B0">
        <w:rPr>
          <w:b/>
          <w:lang w:val="de-DE"/>
        </w:rPr>
        <w:t xml:space="preserve">  24 €</w:t>
      </w:r>
    </w:p>
    <w:p w14:paraId="3033CE39" w14:textId="77777777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>Asiatische Tigermilch | Papaya | Avocado | geröstete Kokosflocken | Koriander | gepickelte rote Zwiebel</w:t>
      </w:r>
    </w:p>
    <w:p w14:paraId="4E7B2C16" w14:textId="7126DD1F" w:rsidR="00D36383" w:rsidRPr="00B861B0" w:rsidRDefault="003B6436">
      <w:pPr>
        <w:spacing w:after="20"/>
        <w:rPr>
          <w:lang w:val="de-DE"/>
        </w:rPr>
      </w:pPr>
      <w:r>
        <w:rPr>
          <w:b/>
          <w:sz w:val="22"/>
          <w:lang w:val="de-DE"/>
        </w:rPr>
        <w:t xml:space="preserve">Baby </w:t>
      </w:r>
      <w:r w:rsidR="00000000" w:rsidRPr="00B861B0">
        <w:rPr>
          <w:b/>
          <w:sz w:val="22"/>
          <w:lang w:val="de-DE"/>
        </w:rPr>
        <w:t>Romana ·</w:t>
      </w:r>
      <w:proofErr w:type="spellStart"/>
      <w:r>
        <w:rPr>
          <w:b/>
          <w:sz w:val="22"/>
          <w:lang w:val="de-DE"/>
        </w:rPr>
        <w:t>Spicy</w:t>
      </w:r>
      <w:proofErr w:type="spellEnd"/>
      <w:r>
        <w:rPr>
          <w:b/>
          <w:sz w:val="22"/>
          <w:lang w:val="de-DE"/>
        </w:rPr>
        <w:t xml:space="preserve"> Lemon</w:t>
      </w:r>
      <w:r w:rsidR="00000000" w:rsidRPr="00B861B0">
        <w:rPr>
          <w:b/>
          <w:lang w:val="de-DE"/>
        </w:rPr>
        <w:t xml:space="preserve">   14 €</w:t>
      </w:r>
    </w:p>
    <w:p w14:paraId="6657177D" w14:textId="77777777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>Knackige Romana-Herzen | pikantes Zitronendressing | Kirschtomaten | gepickelte Karotte | Grana Padano | Croûtons</w:t>
      </w:r>
    </w:p>
    <w:p w14:paraId="362D0BE6" w14:textId="77777777" w:rsidR="00D36383" w:rsidRDefault="00000000">
      <w:pPr>
        <w:pStyle w:val="berschrift2"/>
        <w:rPr>
          <w:lang w:val="de-DE"/>
        </w:rPr>
      </w:pPr>
      <w:r w:rsidRPr="00B861B0">
        <w:rPr>
          <w:lang w:val="de-DE"/>
        </w:rPr>
        <w:t>Hauptgerichte</w:t>
      </w:r>
    </w:p>
    <w:p w14:paraId="29811A8C" w14:textId="77777777" w:rsidR="00B861B0" w:rsidRPr="00B861B0" w:rsidRDefault="00B861B0" w:rsidP="00B861B0">
      <w:pPr>
        <w:rPr>
          <w:lang w:val="de-DE"/>
        </w:rPr>
      </w:pPr>
    </w:p>
    <w:p w14:paraId="792E4933" w14:textId="76D93BF2" w:rsidR="00D36383" w:rsidRPr="00B861B0" w:rsidRDefault="00000000" w:rsidP="003B6436">
      <w:pPr>
        <w:spacing w:after="100"/>
        <w:rPr>
          <w:lang w:val="de-DE"/>
        </w:rPr>
      </w:pPr>
      <w:r w:rsidRPr="00B861B0">
        <w:rPr>
          <w:b/>
          <w:sz w:val="22"/>
          <w:lang w:val="de-DE"/>
        </w:rPr>
        <w:t xml:space="preserve">Auberginen-Ravioli · </w:t>
      </w:r>
      <w:r w:rsidRPr="00B861B0">
        <w:rPr>
          <w:b/>
          <w:lang w:val="de-DE"/>
        </w:rPr>
        <w:t>28 €</w:t>
      </w:r>
      <w:r w:rsidR="003B6436">
        <w:rPr>
          <w:b/>
          <w:lang w:val="de-DE"/>
        </w:rPr>
        <w:t xml:space="preserve"> </w:t>
      </w:r>
      <w:r w:rsidR="003B6436" w:rsidRPr="00B861B0">
        <w:rPr>
          <w:i/>
          <w:lang w:val="de-DE"/>
        </w:rPr>
        <w:t xml:space="preserve"> </w:t>
      </w:r>
      <w:r w:rsidR="003B6436">
        <w:rPr>
          <w:i/>
          <w:lang w:val="de-DE"/>
        </w:rPr>
        <w:t>(</w:t>
      </w:r>
      <w:r w:rsidR="003B6436" w:rsidRPr="00B861B0">
        <w:rPr>
          <w:i/>
          <w:lang w:val="de-DE"/>
        </w:rPr>
        <w:t xml:space="preserve"> vegan</w:t>
      </w:r>
      <w:r w:rsidR="003B6436">
        <w:rPr>
          <w:i/>
          <w:lang w:val="de-DE"/>
        </w:rPr>
        <w:t>)</w:t>
      </w:r>
    </w:p>
    <w:p w14:paraId="7FBB10C6" w14:textId="46AA118B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>Auberginencreme | geschmolzene Kirschtomaten | geröstete Pinienkerne | Basilikum | schwarzer Oliven-Crumble</w:t>
      </w:r>
    </w:p>
    <w:p w14:paraId="76C40A3D" w14:textId="67489CB1" w:rsidR="003B6436" w:rsidRDefault="003B6436">
      <w:pPr>
        <w:spacing w:after="20"/>
        <w:rPr>
          <w:b/>
          <w:sz w:val="22"/>
          <w:lang w:val="de-DE"/>
        </w:rPr>
      </w:pPr>
      <w:r>
        <w:rPr>
          <w:b/>
          <w:sz w:val="22"/>
          <w:lang w:val="de-DE"/>
        </w:rPr>
        <w:t>Trüffel Linguine   29€</w:t>
      </w:r>
    </w:p>
    <w:p w14:paraId="470E674F" w14:textId="77777777" w:rsidR="003B6436" w:rsidRDefault="003B6436" w:rsidP="003B6436">
      <w:pPr>
        <w:spacing w:after="100"/>
        <w:rPr>
          <w:lang w:val="de-DE"/>
        </w:rPr>
      </w:pPr>
      <w:r>
        <w:rPr>
          <w:lang w:val="de-DE"/>
        </w:rPr>
        <w:t>Cremige Trüffelsauce</w:t>
      </w:r>
      <w:r w:rsidRPr="00B861B0">
        <w:rPr>
          <w:lang w:val="de-DE"/>
        </w:rPr>
        <w:t xml:space="preserve"> | </w:t>
      </w:r>
      <w:r>
        <w:rPr>
          <w:lang w:val="de-DE"/>
        </w:rPr>
        <w:t>Schnittlauch</w:t>
      </w:r>
      <w:r w:rsidRPr="00B861B0">
        <w:rPr>
          <w:lang w:val="de-DE"/>
        </w:rPr>
        <w:t xml:space="preserve"> |</w:t>
      </w:r>
      <w:r>
        <w:rPr>
          <w:lang w:val="de-DE"/>
        </w:rPr>
        <w:t>Grana Padano</w:t>
      </w:r>
      <w:r w:rsidRPr="00B861B0">
        <w:rPr>
          <w:lang w:val="de-DE"/>
        </w:rPr>
        <w:t>|</w:t>
      </w:r>
      <w:r>
        <w:rPr>
          <w:lang w:val="de-DE"/>
        </w:rPr>
        <w:t xml:space="preserve"> Frischer Sommertrüffel</w:t>
      </w:r>
    </w:p>
    <w:p w14:paraId="3E2E1C84" w14:textId="401B389D" w:rsidR="003B6436" w:rsidRDefault="003B6436" w:rsidP="003B6436">
      <w:pPr>
        <w:spacing w:after="100"/>
        <w:rPr>
          <w:b/>
          <w:bCs/>
          <w:lang w:val="de-DE"/>
        </w:rPr>
      </w:pPr>
      <w:r w:rsidRPr="003B6436">
        <w:rPr>
          <w:b/>
          <w:bCs/>
          <w:lang w:val="de-DE"/>
        </w:rPr>
        <w:t xml:space="preserve">Optional mit </w:t>
      </w:r>
      <w:r>
        <w:rPr>
          <w:b/>
          <w:bCs/>
          <w:lang w:val="de-DE"/>
        </w:rPr>
        <w:t xml:space="preserve">3 </w:t>
      </w:r>
      <w:proofErr w:type="spellStart"/>
      <w:r>
        <w:rPr>
          <w:b/>
          <w:bCs/>
          <w:lang w:val="de-DE"/>
        </w:rPr>
        <w:t>Stk</w:t>
      </w:r>
      <w:proofErr w:type="spellEnd"/>
      <w:r>
        <w:rPr>
          <w:b/>
          <w:bCs/>
          <w:lang w:val="de-DE"/>
        </w:rPr>
        <w:t xml:space="preserve"> 8/12</w:t>
      </w:r>
      <w:r w:rsidRPr="003B6436">
        <w:rPr>
          <w:b/>
          <w:bCs/>
          <w:lang w:val="de-DE"/>
        </w:rPr>
        <w:t xml:space="preserve"> Garnelen   38€</w:t>
      </w:r>
    </w:p>
    <w:p w14:paraId="12809B8A" w14:textId="77777777" w:rsidR="003B6436" w:rsidRPr="003B6436" w:rsidRDefault="003B6436" w:rsidP="003B6436">
      <w:pPr>
        <w:spacing w:after="100"/>
        <w:rPr>
          <w:b/>
          <w:bCs/>
          <w:lang w:val="de-DE"/>
        </w:rPr>
      </w:pPr>
    </w:p>
    <w:p w14:paraId="467F87D2" w14:textId="2359CCB1" w:rsidR="00D36383" w:rsidRPr="00B861B0" w:rsidRDefault="00000000" w:rsidP="003B6436">
      <w:pPr>
        <w:spacing w:after="100"/>
        <w:rPr>
          <w:lang w:val="de-DE"/>
        </w:rPr>
      </w:pPr>
      <w:r w:rsidRPr="00B861B0">
        <w:rPr>
          <w:b/>
          <w:sz w:val="22"/>
          <w:lang w:val="de-DE"/>
        </w:rPr>
        <w:t xml:space="preserve">Zander · </w:t>
      </w:r>
      <w:r w:rsidRPr="00B861B0">
        <w:rPr>
          <w:b/>
          <w:lang w:val="de-DE"/>
        </w:rPr>
        <w:t>37 €</w:t>
      </w:r>
    </w:p>
    <w:p w14:paraId="258A61ED" w14:textId="77777777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>Gebratenes Zanderfilet | cremiges Safranrisotto | geschmorter Fenchel | Safransud</w:t>
      </w:r>
    </w:p>
    <w:p w14:paraId="48DB8462" w14:textId="50EA3462" w:rsidR="00D36383" w:rsidRPr="00B861B0" w:rsidRDefault="00000000">
      <w:pPr>
        <w:spacing w:after="20"/>
        <w:rPr>
          <w:lang w:val="de-DE"/>
        </w:rPr>
      </w:pPr>
      <w:r w:rsidRPr="00B861B0">
        <w:rPr>
          <w:b/>
          <w:sz w:val="22"/>
          <w:lang w:val="de-DE"/>
        </w:rPr>
        <w:t xml:space="preserve">Dorade </w:t>
      </w:r>
      <w:r w:rsidR="0020613A">
        <w:rPr>
          <w:b/>
          <w:sz w:val="22"/>
        </w:rPr>
        <w:t>“Riviera”</w:t>
      </w:r>
      <w:r w:rsidRPr="00B861B0">
        <w:rPr>
          <w:b/>
          <w:sz w:val="22"/>
          <w:lang w:val="de-DE"/>
        </w:rPr>
        <w:t xml:space="preserve"> </w:t>
      </w:r>
      <w:r w:rsidRPr="00B861B0">
        <w:rPr>
          <w:b/>
          <w:lang w:val="de-DE"/>
        </w:rPr>
        <w:t>3</w:t>
      </w:r>
      <w:r w:rsidR="003B6436">
        <w:rPr>
          <w:b/>
          <w:lang w:val="de-DE"/>
        </w:rPr>
        <w:t>4</w:t>
      </w:r>
      <w:r w:rsidRPr="00B861B0">
        <w:rPr>
          <w:b/>
          <w:lang w:val="de-DE"/>
        </w:rPr>
        <w:t xml:space="preserve"> €</w:t>
      </w:r>
    </w:p>
    <w:p w14:paraId="287281CA" w14:textId="77777777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 xml:space="preserve">Gebratene Dorade | Artischocke | geschmolzene Kirschtomaten | </w:t>
      </w:r>
      <w:proofErr w:type="spellStart"/>
      <w:r w:rsidRPr="00B861B0">
        <w:rPr>
          <w:lang w:val="de-DE"/>
        </w:rPr>
        <w:t>Taggiasca</w:t>
      </w:r>
      <w:proofErr w:type="spellEnd"/>
      <w:r w:rsidRPr="00B861B0">
        <w:rPr>
          <w:lang w:val="de-DE"/>
        </w:rPr>
        <w:t>-Oliven | Basilikum | Zitronenöl</w:t>
      </w:r>
    </w:p>
    <w:p w14:paraId="4BE9E239" w14:textId="17DAE06F" w:rsidR="00D36383" w:rsidRPr="00B861B0" w:rsidRDefault="00000000">
      <w:pPr>
        <w:spacing w:after="20"/>
        <w:rPr>
          <w:lang w:val="de-DE"/>
        </w:rPr>
      </w:pPr>
      <w:r w:rsidRPr="00B861B0">
        <w:rPr>
          <w:b/>
          <w:sz w:val="22"/>
          <w:lang w:val="de-DE"/>
        </w:rPr>
        <w:t xml:space="preserve">Rinderfilet · </w:t>
      </w:r>
      <w:r w:rsidRPr="00B861B0">
        <w:rPr>
          <w:b/>
          <w:lang w:val="de-DE"/>
        </w:rPr>
        <w:t>49 €</w:t>
      </w:r>
    </w:p>
    <w:p w14:paraId="66987541" w14:textId="77777777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 xml:space="preserve">Rinderfilet | cremiges Kartoffelpüree | </w:t>
      </w:r>
      <w:proofErr w:type="spellStart"/>
      <w:r w:rsidRPr="00B861B0">
        <w:rPr>
          <w:lang w:val="de-DE"/>
        </w:rPr>
        <w:t>Pimientos</w:t>
      </w:r>
      <w:proofErr w:type="spellEnd"/>
      <w:r w:rsidRPr="00B861B0">
        <w:rPr>
          <w:lang w:val="de-DE"/>
        </w:rPr>
        <w:t xml:space="preserve"> de Padrón | Schwarzer-Knoblauch-Jus</w:t>
      </w:r>
    </w:p>
    <w:p w14:paraId="01D72292" w14:textId="77777777" w:rsidR="00D36383" w:rsidRPr="00B861B0" w:rsidRDefault="00000000">
      <w:pPr>
        <w:spacing w:after="20"/>
        <w:rPr>
          <w:lang w:val="de-DE"/>
        </w:rPr>
      </w:pPr>
      <w:r w:rsidRPr="00B861B0">
        <w:rPr>
          <w:b/>
          <w:sz w:val="22"/>
          <w:lang w:val="de-DE"/>
        </w:rPr>
        <w:t>Surf &amp; Turf</w:t>
      </w:r>
      <w:r w:rsidRPr="00B861B0">
        <w:rPr>
          <w:b/>
          <w:lang w:val="de-DE"/>
        </w:rPr>
        <w:t xml:space="preserve">   65 €</w:t>
      </w:r>
    </w:p>
    <w:p w14:paraId="3555FA5B" w14:textId="1925C9BC" w:rsidR="00D36383" w:rsidRPr="00B861B0" w:rsidRDefault="00000000">
      <w:pPr>
        <w:spacing w:after="100"/>
        <w:rPr>
          <w:lang w:val="de-DE"/>
        </w:rPr>
      </w:pPr>
      <w:r w:rsidRPr="00B861B0">
        <w:rPr>
          <w:lang w:val="de-DE"/>
        </w:rPr>
        <w:t xml:space="preserve">Rinderfilet | </w:t>
      </w:r>
      <w:r w:rsidR="003B6436">
        <w:rPr>
          <w:lang w:val="de-DE"/>
        </w:rPr>
        <w:t>Black Tiger G</w:t>
      </w:r>
      <w:r w:rsidRPr="00B861B0">
        <w:rPr>
          <w:lang w:val="de-DE"/>
        </w:rPr>
        <w:t xml:space="preserve">arnele | cremiges Kartoffelpüree | </w:t>
      </w:r>
      <w:proofErr w:type="spellStart"/>
      <w:r w:rsidRPr="00B861B0">
        <w:rPr>
          <w:lang w:val="de-DE"/>
        </w:rPr>
        <w:t>Pimientos</w:t>
      </w:r>
      <w:proofErr w:type="spellEnd"/>
      <w:r w:rsidRPr="00B861B0">
        <w:rPr>
          <w:lang w:val="de-DE"/>
        </w:rPr>
        <w:t xml:space="preserve"> de Padrón | Schwarzer-Knoblauch-Jus</w:t>
      </w:r>
    </w:p>
    <w:p w14:paraId="3E723B32" w14:textId="77777777" w:rsidR="00D36383" w:rsidRDefault="00000000">
      <w:pPr>
        <w:pStyle w:val="berschrift2"/>
        <w:rPr>
          <w:lang w:val="de-DE"/>
        </w:rPr>
      </w:pPr>
      <w:r w:rsidRPr="00B861B0">
        <w:rPr>
          <w:lang w:val="de-DE"/>
        </w:rPr>
        <w:t>Dessert</w:t>
      </w:r>
    </w:p>
    <w:p w14:paraId="59EB5CAE" w14:textId="149DF282" w:rsidR="00B861B0" w:rsidRDefault="00B861B0" w:rsidP="00B861B0">
      <w:pPr>
        <w:rPr>
          <w:lang w:val="de-DE"/>
        </w:rPr>
      </w:pPr>
    </w:p>
    <w:p w14:paraId="14AF6EE2" w14:textId="0A6D0EE4" w:rsidR="003B6436" w:rsidRPr="00B861B0" w:rsidRDefault="003B6436" w:rsidP="003B6436">
      <w:pPr>
        <w:spacing w:after="20"/>
        <w:rPr>
          <w:lang w:val="de-DE"/>
        </w:rPr>
      </w:pPr>
      <w:r>
        <w:rPr>
          <w:b/>
          <w:sz w:val="22"/>
          <w:lang w:val="de-DE"/>
        </w:rPr>
        <w:t>Tiramisu (Am Tisch zubereitet)</w:t>
      </w:r>
      <w:r>
        <w:rPr>
          <w:b/>
          <w:sz w:val="22"/>
          <w:lang w:val="de-DE"/>
        </w:rPr>
        <w:t xml:space="preserve"> </w:t>
      </w:r>
      <w:r w:rsidRPr="00B861B0">
        <w:rPr>
          <w:b/>
          <w:lang w:val="de-DE"/>
        </w:rPr>
        <w:t>1</w:t>
      </w:r>
      <w:r>
        <w:rPr>
          <w:b/>
          <w:lang w:val="de-DE"/>
        </w:rPr>
        <w:t>8</w:t>
      </w:r>
      <w:r w:rsidRPr="00B861B0">
        <w:rPr>
          <w:b/>
          <w:lang w:val="de-DE"/>
        </w:rPr>
        <w:t xml:space="preserve"> €</w:t>
      </w:r>
    </w:p>
    <w:p w14:paraId="293D8E06" w14:textId="5DCC9E9D" w:rsidR="003B6436" w:rsidRPr="003B6436" w:rsidRDefault="003B6436" w:rsidP="003B6436">
      <w:pPr>
        <w:spacing w:after="100"/>
        <w:rPr>
          <w:lang w:val="de-DE"/>
        </w:rPr>
      </w:pPr>
      <w:r w:rsidRPr="003B6436">
        <w:rPr>
          <w:lang w:val="de-DE"/>
        </w:rPr>
        <w:t>Löffelbiskuit</w:t>
      </w:r>
      <w:r w:rsidRPr="003B6436">
        <w:rPr>
          <w:lang w:val="de-DE"/>
        </w:rPr>
        <w:t xml:space="preserve"> | Ma</w:t>
      </w:r>
      <w:r w:rsidRPr="003B6436">
        <w:rPr>
          <w:lang w:val="de-DE"/>
        </w:rPr>
        <w:t>scarpone Creme</w:t>
      </w:r>
      <w:r w:rsidRPr="003B6436">
        <w:rPr>
          <w:lang w:val="de-DE"/>
        </w:rPr>
        <w:t xml:space="preserve"> | </w:t>
      </w:r>
      <w:r w:rsidRPr="003B6436">
        <w:rPr>
          <w:lang w:val="de-DE"/>
        </w:rPr>
        <w:t>Espresso</w:t>
      </w:r>
      <w:r w:rsidRPr="003B6436">
        <w:rPr>
          <w:lang w:val="de-DE"/>
        </w:rPr>
        <w:t xml:space="preserve"> | </w:t>
      </w:r>
      <w:r w:rsidRPr="003B6436">
        <w:rPr>
          <w:lang w:val="de-DE"/>
        </w:rPr>
        <w:t>Amaretto (auf W</w:t>
      </w:r>
      <w:r>
        <w:rPr>
          <w:lang w:val="de-DE"/>
        </w:rPr>
        <w:t>unsch)</w:t>
      </w:r>
    </w:p>
    <w:p w14:paraId="3F55B83E" w14:textId="49C48C9D" w:rsidR="00D36383" w:rsidRPr="00B861B0" w:rsidRDefault="00000000">
      <w:pPr>
        <w:spacing w:after="20"/>
        <w:rPr>
          <w:lang w:val="de-DE"/>
        </w:rPr>
      </w:pPr>
      <w:proofErr w:type="spellStart"/>
      <w:r w:rsidRPr="00B861B0">
        <w:rPr>
          <w:b/>
          <w:sz w:val="22"/>
          <w:lang w:val="de-DE"/>
        </w:rPr>
        <w:t>Mango</w:t>
      </w:r>
      <w:r w:rsidR="00B861B0">
        <w:rPr>
          <w:b/>
          <w:sz w:val="22"/>
          <w:lang w:val="de-DE"/>
        </w:rPr>
        <w:t>sorbet</w:t>
      </w:r>
      <w:proofErr w:type="spellEnd"/>
      <w:r w:rsidR="00B861B0">
        <w:rPr>
          <w:b/>
          <w:sz w:val="22"/>
          <w:lang w:val="de-DE"/>
        </w:rPr>
        <w:t xml:space="preserve"> </w:t>
      </w:r>
      <w:r w:rsidRPr="00B861B0">
        <w:rPr>
          <w:b/>
          <w:lang w:val="de-DE"/>
        </w:rPr>
        <w:t>12 €</w:t>
      </w:r>
    </w:p>
    <w:p w14:paraId="5689FC83" w14:textId="77777777" w:rsidR="00D36383" w:rsidRPr="00B861B0" w:rsidRDefault="00000000">
      <w:pPr>
        <w:spacing w:after="100"/>
        <w:rPr>
          <w:lang w:val="de-DE"/>
        </w:rPr>
      </w:pPr>
      <w:proofErr w:type="spellStart"/>
      <w:r w:rsidRPr="00B861B0">
        <w:rPr>
          <w:lang w:val="de-DE"/>
        </w:rPr>
        <w:t>Mangosorbet</w:t>
      </w:r>
      <w:proofErr w:type="spellEnd"/>
      <w:r w:rsidRPr="00B861B0">
        <w:rPr>
          <w:lang w:val="de-DE"/>
        </w:rPr>
        <w:t xml:space="preserve"> | Mango-Maracuja-Salat | Kokos-Crumble | frische Minze</w:t>
      </w:r>
    </w:p>
    <w:sectPr w:rsidR="00D36383" w:rsidRPr="00B861B0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6532073">
    <w:abstractNumId w:val="8"/>
  </w:num>
  <w:num w:numId="2" w16cid:durableId="1516651861">
    <w:abstractNumId w:val="6"/>
  </w:num>
  <w:num w:numId="3" w16cid:durableId="1846748439">
    <w:abstractNumId w:val="5"/>
  </w:num>
  <w:num w:numId="4" w16cid:durableId="739064960">
    <w:abstractNumId w:val="4"/>
  </w:num>
  <w:num w:numId="5" w16cid:durableId="679085387">
    <w:abstractNumId w:val="7"/>
  </w:num>
  <w:num w:numId="6" w16cid:durableId="2134978414">
    <w:abstractNumId w:val="3"/>
  </w:num>
  <w:num w:numId="7" w16cid:durableId="648439571">
    <w:abstractNumId w:val="2"/>
  </w:num>
  <w:num w:numId="8" w16cid:durableId="2042971356">
    <w:abstractNumId w:val="1"/>
  </w:num>
  <w:num w:numId="9" w16cid:durableId="99661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613A"/>
    <w:rsid w:val="0029639D"/>
    <w:rsid w:val="00326F90"/>
    <w:rsid w:val="003B6436"/>
    <w:rsid w:val="009C661A"/>
    <w:rsid w:val="00AA1D8D"/>
    <w:rsid w:val="00B47730"/>
    <w:rsid w:val="00B861B0"/>
    <w:rsid w:val="00CB0664"/>
    <w:rsid w:val="00D3638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AAC020"/>
  <w14:defaultImageDpi w14:val="300"/>
  <w15:docId w15:val="{5AEBB5DB-4CC5-4918-9AFA-BD0BE407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hAnsi="Apto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Mattes Thaesler</cp:lastModifiedBy>
  <cp:revision>2</cp:revision>
  <dcterms:created xsi:type="dcterms:W3CDTF">2026-08-19T09:13:00Z</dcterms:created>
  <dcterms:modified xsi:type="dcterms:W3CDTF">2026-08-19T09:13:00Z</dcterms:modified>
  <cp:category/>
</cp:coreProperties>
</file>